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9095232" cy="450494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図1</w:t>
      </w:r>
    </w:p>
    <w:p>
      <w:r>
        <w:drawing>
          <wp:inline xmlns:a="http://schemas.openxmlformats.org/drawingml/2006/main" xmlns:pic="http://schemas.openxmlformats.org/drawingml/2006/picture">
            <wp:extent cx="9095232" cy="450494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図2</w:t>
      </w:r>
    </w:p>
    <w:p>
      <w:r>
        <w:drawing>
          <wp:inline xmlns:a="http://schemas.openxmlformats.org/drawingml/2006/main" xmlns:pic="http://schemas.openxmlformats.org/drawingml/2006/picture">
            <wp:extent cx="9095232" cy="451104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11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図3</w:t>
      </w:r>
    </w:p>
    <w:p>
      <w:r>
        <w:drawing>
          <wp:inline xmlns:a="http://schemas.openxmlformats.org/drawingml/2006/main" xmlns:pic="http://schemas.openxmlformats.org/drawingml/2006/picture">
            <wp:extent cx="9223248" cy="451104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511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図4</w:t>
      </w:r>
    </w:p>
    <w:p>
      <w:r>
        <w:drawing>
          <wp:inline xmlns:a="http://schemas.openxmlformats.org/drawingml/2006/main" xmlns:pic="http://schemas.openxmlformats.org/drawingml/2006/picture">
            <wp:extent cx="9223248" cy="4517136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51713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図5</w:t>
      </w:r>
    </w:p>
    <w:p>
      <w:r>
        <w:drawing>
          <wp:inline xmlns:a="http://schemas.openxmlformats.org/drawingml/2006/main" xmlns:pic="http://schemas.openxmlformats.org/drawingml/2006/picture">
            <wp:extent cx="9223248" cy="451104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511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図6</w:t>
      </w:r>
    </w:p>
    <w:p>
      <w:r>
        <w:drawing>
          <wp:inline xmlns:a="http://schemas.openxmlformats.org/drawingml/2006/main" xmlns:pic="http://schemas.openxmlformats.org/drawingml/2006/picture">
            <wp:extent cx="9095232" cy="4504944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図7</w:t>
      </w:r>
    </w:p>
    <w:p>
      <w:r>
        <w:drawing>
          <wp:inline xmlns:a="http://schemas.openxmlformats.org/drawingml/2006/main" xmlns:pic="http://schemas.openxmlformats.org/drawingml/2006/picture">
            <wp:extent cx="9095232" cy="451104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11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図8</w:t>
      </w:r>
    </w:p>
    <w:p>
      <w:r>
        <w:drawing>
          <wp:inline xmlns:a="http://schemas.openxmlformats.org/drawingml/2006/main" xmlns:pic="http://schemas.openxmlformats.org/drawingml/2006/picture">
            <wp:extent cx="9095232" cy="451104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11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図9</w:t>
      </w:r>
    </w:p>
    <w:p>
      <w:r>
        <w:drawing>
          <wp:inline xmlns:a="http://schemas.openxmlformats.org/drawingml/2006/main" xmlns:pic="http://schemas.openxmlformats.org/drawingml/2006/picture">
            <wp:extent cx="9095232" cy="4517136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1713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図10</w:t>
      </w:r>
    </w:p>
    <w:p>
      <w:r>
        <w:drawing>
          <wp:inline xmlns:a="http://schemas.openxmlformats.org/drawingml/2006/main" xmlns:pic="http://schemas.openxmlformats.org/drawingml/2006/picture">
            <wp:extent cx="9223248" cy="451104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1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511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図11</w:t>
      </w:r>
    </w:p>
    <w:p>
      <w:r>
        <w:drawing>
          <wp:inline xmlns:a="http://schemas.openxmlformats.org/drawingml/2006/main" xmlns:pic="http://schemas.openxmlformats.org/drawingml/2006/picture">
            <wp:extent cx="9223248" cy="4517136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1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51713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図12</w:t>
      </w:r>
    </w:p>
    <w:p>
      <w:r>
        <w:drawing>
          <wp:inline xmlns:a="http://schemas.openxmlformats.org/drawingml/2006/main" xmlns:pic="http://schemas.openxmlformats.org/drawingml/2006/picture">
            <wp:extent cx="9223248" cy="4504944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13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図13</w:t>
      </w:r>
    </w:p>
    <w:p>
      <w:r>
        <w:drawing>
          <wp:inline xmlns:a="http://schemas.openxmlformats.org/drawingml/2006/main" xmlns:pic="http://schemas.openxmlformats.org/drawingml/2006/picture">
            <wp:extent cx="9332976" cy="4504944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14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332976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図14</w:t>
      </w:r>
    </w:p>
    <w:p>
      <w:r>
        <w:drawing>
          <wp:inline xmlns:a="http://schemas.openxmlformats.org/drawingml/2006/main" xmlns:pic="http://schemas.openxmlformats.org/drawingml/2006/picture">
            <wp:extent cx="9095232" cy="4511040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15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11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図15</w:t>
      </w:r>
    </w:p>
    <w:p>
      <w:r>
        <w:drawing>
          <wp:inline xmlns:a="http://schemas.openxmlformats.org/drawingml/2006/main" xmlns:pic="http://schemas.openxmlformats.org/drawingml/2006/picture">
            <wp:extent cx="9223248" cy="4498848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16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4988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図16</w:t>
      </w:r>
    </w:p>
    <w:p>
      <w:r>
        <w:drawing>
          <wp:inline xmlns:a="http://schemas.openxmlformats.org/drawingml/2006/main" xmlns:pic="http://schemas.openxmlformats.org/drawingml/2006/picture">
            <wp:extent cx="9095232" cy="4504944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17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図17</w:t>
      </w:r>
    </w:p>
    <w:p>
      <w:r>
        <w:drawing>
          <wp:inline xmlns:a="http://schemas.openxmlformats.org/drawingml/2006/main" xmlns:pic="http://schemas.openxmlformats.org/drawingml/2006/picture">
            <wp:extent cx="9223248" cy="4504944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18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図18</w:t>
      </w:r>
    </w:p>
    <w:p>
      <w:r>
        <w:drawing>
          <wp:inline xmlns:a="http://schemas.openxmlformats.org/drawingml/2006/main" xmlns:pic="http://schemas.openxmlformats.org/drawingml/2006/picture">
            <wp:extent cx="9095232" cy="4504944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19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図19</w:t>
      </w:r>
    </w:p>
    <w:p>
      <w:r>
        <w:drawing>
          <wp:inline xmlns:a="http://schemas.openxmlformats.org/drawingml/2006/main" xmlns:pic="http://schemas.openxmlformats.org/drawingml/2006/picture">
            <wp:extent cx="9095232" cy="4504944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20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図20</w:t>
      </w:r>
    </w:p>
    <w:p>
      <w:r>
        <w:drawing>
          <wp:inline xmlns:a="http://schemas.openxmlformats.org/drawingml/2006/main" xmlns:pic="http://schemas.openxmlformats.org/drawingml/2006/picture">
            <wp:extent cx="9095232" cy="4504944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2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図21</w:t>
      </w:r>
    </w:p>
    <w:p>
      <w:r>
        <w:drawing>
          <wp:inline xmlns:a="http://schemas.openxmlformats.org/drawingml/2006/main" xmlns:pic="http://schemas.openxmlformats.org/drawingml/2006/picture">
            <wp:extent cx="9223248" cy="4504944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22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図22</w:t>
      </w:r>
    </w:p>
    <w:p>
      <w:r>
        <w:drawing>
          <wp:inline xmlns:a="http://schemas.openxmlformats.org/drawingml/2006/main" xmlns:pic="http://schemas.openxmlformats.org/drawingml/2006/picture">
            <wp:extent cx="9223248" cy="4504944"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23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図23</w:t>
      </w:r>
    </w:p>
    <w:p>
      <w:r>
        <w:drawing>
          <wp:inline xmlns:a="http://schemas.openxmlformats.org/drawingml/2006/main" xmlns:pic="http://schemas.openxmlformats.org/drawingml/2006/picture">
            <wp:extent cx="9223248" cy="4504944"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24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図24</w:t>
      </w:r>
    </w:p>
    <w:p>
      <w:r>
        <w:drawing>
          <wp:inline xmlns:a="http://schemas.openxmlformats.org/drawingml/2006/main" xmlns:pic="http://schemas.openxmlformats.org/drawingml/2006/picture">
            <wp:extent cx="9095232" cy="4504944"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25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図25</w:t>
      </w:r>
    </w:p>
    <w:p>
      <w:r>
        <w:drawing>
          <wp:inline xmlns:a="http://schemas.openxmlformats.org/drawingml/2006/main" xmlns:pic="http://schemas.openxmlformats.org/drawingml/2006/picture">
            <wp:extent cx="9095232" cy="4504944"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26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図26</w:t>
      </w:r>
    </w:p>
    <w:p>
      <w:r>
        <w:drawing>
          <wp:inline xmlns:a="http://schemas.openxmlformats.org/drawingml/2006/main" xmlns:pic="http://schemas.openxmlformats.org/drawingml/2006/picture">
            <wp:extent cx="9095232" cy="4504944"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27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図27</w:t>
      </w:r>
    </w:p>
    <w:p>
      <w:r>
        <w:drawing>
          <wp:inline xmlns:a="http://schemas.openxmlformats.org/drawingml/2006/main" xmlns:pic="http://schemas.openxmlformats.org/drawingml/2006/picture">
            <wp:extent cx="9095232" cy="4504944"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28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図28</w:t>
      </w:r>
    </w:p>
    <w:p>
      <w:r>
        <w:drawing>
          <wp:inline xmlns:a="http://schemas.openxmlformats.org/drawingml/2006/main" xmlns:pic="http://schemas.openxmlformats.org/drawingml/2006/picture">
            <wp:extent cx="9223248" cy="4504944"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29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図29</w:t>
      </w:r>
    </w:p>
    <w:p>
      <w:r>
        <w:drawing>
          <wp:inline xmlns:a="http://schemas.openxmlformats.org/drawingml/2006/main" xmlns:pic="http://schemas.openxmlformats.org/drawingml/2006/picture">
            <wp:extent cx="9223248" cy="4504944"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30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図30</w:t>
      </w:r>
    </w:p>
    <w:p>
      <w:r>
        <w:drawing>
          <wp:inline xmlns:a="http://schemas.openxmlformats.org/drawingml/2006/main" xmlns:pic="http://schemas.openxmlformats.org/drawingml/2006/picture">
            <wp:extent cx="9095232" cy="4504944"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31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図31</w:t>
      </w:r>
    </w:p>
    <w:p>
      <w:r>
        <w:drawing>
          <wp:inline xmlns:a="http://schemas.openxmlformats.org/drawingml/2006/main" xmlns:pic="http://schemas.openxmlformats.org/drawingml/2006/picture">
            <wp:extent cx="9095232" cy="4504944"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32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図32</w:t>
      </w:r>
    </w:p>
    <w:p>
      <w:r>
        <w:drawing>
          <wp:inline xmlns:a="http://schemas.openxmlformats.org/drawingml/2006/main" xmlns:pic="http://schemas.openxmlformats.org/drawingml/2006/picture">
            <wp:extent cx="9223248" cy="4504944"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33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図33</w:t>
      </w:r>
    </w:p>
    <w:p>
      <w:r>
        <w:drawing>
          <wp:inline xmlns:a="http://schemas.openxmlformats.org/drawingml/2006/main" xmlns:pic="http://schemas.openxmlformats.org/drawingml/2006/picture">
            <wp:extent cx="9223248" cy="4504944"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34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図34</w:t>
      </w:r>
    </w:p>
    <w:p>
      <w:r>
        <w:drawing>
          <wp:inline xmlns:a="http://schemas.openxmlformats.org/drawingml/2006/main" xmlns:pic="http://schemas.openxmlformats.org/drawingml/2006/picture">
            <wp:extent cx="9223248" cy="4504944"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35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図35</w:t>
      </w:r>
    </w:p>
    <w:p>
      <w:r>
        <w:drawing>
          <wp:inline xmlns:a="http://schemas.openxmlformats.org/drawingml/2006/main" xmlns:pic="http://schemas.openxmlformats.org/drawingml/2006/picture">
            <wp:extent cx="9095232" cy="4504944"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36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図36</w:t>
      </w:r>
    </w:p>
    <w:p>
      <w:r>
        <w:drawing>
          <wp:inline xmlns:a="http://schemas.openxmlformats.org/drawingml/2006/main" xmlns:pic="http://schemas.openxmlformats.org/drawingml/2006/picture">
            <wp:extent cx="9095232" cy="4504944"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図1</w:t>
      </w:r>
    </w:p>
    <w:p>
      <w:r>
        <w:drawing>
          <wp:inline xmlns:a="http://schemas.openxmlformats.org/drawingml/2006/main" xmlns:pic="http://schemas.openxmlformats.org/drawingml/2006/picture">
            <wp:extent cx="9095232" cy="4504944"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図2</w:t>
      </w:r>
    </w:p>
    <w:p>
      <w:r>
        <w:drawing>
          <wp:inline xmlns:a="http://schemas.openxmlformats.org/drawingml/2006/main" xmlns:pic="http://schemas.openxmlformats.org/drawingml/2006/picture">
            <wp:extent cx="9095232" cy="4511040"/>
            <wp:docPr id="39" name="Picture 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11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図3</w:t>
      </w:r>
    </w:p>
    <w:p>
      <w:r>
        <w:drawing>
          <wp:inline xmlns:a="http://schemas.openxmlformats.org/drawingml/2006/main" xmlns:pic="http://schemas.openxmlformats.org/drawingml/2006/picture">
            <wp:extent cx="9223248" cy="4511040"/>
            <wp:docPr id="40" name="Picture 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511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図4</w:t>
      </w:r>
    </w:p>
    <w:p>
      <w:r>
        <w:drawing>
          <wp:inline xmlns:a="http://schemas.openxmlformats.org/drawingml/2006/main" xmlns:pic="http://schemas.openxmlformats.org/drawingml/2006/picture">
            <wp:extent cx="9223248" cy="4517136"/>
            <wp:docPr id="41" name="Picture 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51713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図5</w:t>
      </w:r>
    </w:p>
    <w:p>
      <w:r>
        <w:drawing>
          <wp:inline xmlns:a="http://schemas.openxmlformats.org/drawingml/2006/main" xmlns:pic="http://schemas.openxmlformats.org/drawingml/2006/picture">
            <wp:extent cx="9223248" cy="4511040"/>
            <wp:docPr id="42" name="Picture 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511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図6</w:t>
      </w:r>
    </w:p>
    <w:p>
      <w:r>
        <w:drawing>
          <wp:inline xmlns:a="http://schemas.openxmlformats.org/drawingml/2006/main" xmlns:pic="http://schemas.openxmlformats.org/drawingml/2006/picture">
            <wp:extent cx="9095232" cy="4504944"/>
            <wp:docPr id="43" name="Picture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図7</w:t>
      </w:r>
    </w:p>
    <w:p>
      <w:r>
        <w:drawing>
          <wp:inline xmlns:a="http://schemas.openxmlformats.org/drawingml/2006/main" xmlns:pic="http://schemas.openxmlformats.org/drawingml/2006/picture">
            <wp:extent cx="9095232" cy="4511040"/>
            <wp:docPr id="44" name="Picture 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11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図8</w:t>
      </w:r>
    </w:p>
    <w:p>
      <w:r>
        <w:drawing>
          <wp:inline xmlns:a="http://schemas.openxmlformats.org/drawingml/2006/main" xmlns:pic="http://schemas.openxmlformats.org/drawingml/2006/picture">
            <wp:extent cx="9095232" cy="4511040"/>
            <wp:docPr id="45" name="Picture 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11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図9</w:t>
      </w:r>
    </w:p>
    <w:p>
      <w:r>
        <w:drawing>
          <wp:inline xmlns:a="http://schemas.openxmlformats.org/drawingml/2006/main" xmlns:pic="http://schemas.openxmlformats.org/drawingml/2006/picture">
            <wp:extent cx="9095232" cy="4517136"/>
            <wp:docPr id="46" name="Picture 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1713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図10</w:t>
      </w:r>
    </w:p>
    <w:p>
      <w:r>
        <w:drawing>
          <wp:inline xmlns:a="http://schemas.openxmlformats.org/drawingml/2006/main" xmlns:pic="http://schemas.openxmlformats.org/drawingml/2006/picture">
            <wp:extent cx="9223248" cy="4511040"/>
            <wp:docPr id="47" name="Picture 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1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511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図11</w:t>
      </w:r>
    </w:p>
    <w:p>
      <w:r>
        <w:drawing>
          <wp:inline xmlns:a="http://schemas.openxmlformats.org/drawingml/2006/main" xmlns:pic="http://schemas.openxmlformats.org/drawingml/2006/picture">
            <wp:extent cx="9223248" cy="4517136"/>
            <wp:docPr id="48" name="Picture 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1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51713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図12</w:t>
      </w:r>
    </w:p>
    <w:p>
      <w:r>
        <w:drawing>
          <wp:inline xmlns:a="http://schemas.openxmlformats.org/drawingml/2006/main" xmlns:pic="http://schemas.openxmlformats.org/drawingml/2006/picture">
            <wp:extent cx="9223248" cy="4504944"/>
            <wp:docPr id="49" name="Picture 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13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図13</w:t>
      </w:r>
    </w:p>
    <w:p>
      <w:r>
        <w:drawing>
          <wp:inline xmlns:a="http://schemas.openxmlformats.org/drawingml/2006/main" xmlns:pic="http://schemas.openxmlformats.org/drawingml/2006/picture">
            <wp:extent cx="9332976" cy="4504944"/>
            <wp:docPr id="50" name="Picture 5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14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332976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図14</w:t>
      </w:r>
    </w:p>
    <w:p>
      <w:r>
        <w:drawing>
          <wp:inline xmlns:a="http://schemas.openxmlformats.org/drawingml/2006/main" xmlns:pic="http://schemas.openxmlformats.org/drawingml/2006/picture">
            <wp:extent cx="9095232" cy="4511040"/>
            <wp:docPr id="51" name="Picture 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15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11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図15</w:t>
      </w:r>
    </w:p>
    <w:p>
      <w:r>
        <w:drawing>
          <wp:inline xmlns:a="http://schemas.openxmlformats.org/drawingml/2006/main" xmlns:pic="http://schemas.openxmlformats.org/drawingml/2006/picture">
            <wp:extent cx="9223248" cy="4498848"/>
            <wp:docPr id="52" name="Picture 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16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4988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図16</w:t>
      </w:r>
    </w:p>
    <w:p>
      <w:r>
        <w:drawing>
          <wp:inline xmlns:a="http://schemas.openxmlformats.org/drawingml/2006/main" xmlns:pic="http://schemas.openxmlformats.org/drawingml/2006/picture">
            <wp:extent cx="9095232" cy="4504944"/>
            <wp:docPr id="53" name="Picture 5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17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図17</w:t>
      </w:r>
    </w:p>
    <w:p>
      <w:r>
        <w:drawing>
          <wp:inline xmlns:a="http://schemas.openxmlformats.org/drawingml/2006/main" xmlns:pic="http://schemas.openxmlformats.org/drawingml/2006/picture">
            <wp:extent cx="9223248" cy="4504944"/>
            <wp:docPr id="54" name="Picture 5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18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図18</w:t>
      </w:r>
    </w:p>
    <w:p>
      <w:r>
        <w:drawing>
          <wp:inline xmlns:a="http://schemas.openxmlformats.org/drawingml/2006/main" xmlns:pic="http://schemas.openxmlformats.org/drawingml/2006/picture">
            <wp:extent cx="9095232" cy="4504944"/>
            <wp:docPr id="5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19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図19</w:t>
      </w:r>
    </w:p>
    <w:p>
      <w:r>
        <w:drawing>
          <wp:inline xmlns:a="http://schemas.openxmlformats.org/drawingml/2006/main" xmlns:pic="http://schemas.openxmlformats.org/drawingml/2006/picture">
            <wp:extent cx="9095232" cy="4504944"/>
            <wp:docPr id="56" name="Picture 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20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図20</w:t>
      </w:r>
    </w:p>
    <w:p>
      <w:r>
        <w:drawing>
          <wp:inline xmlns:a="http://schemas.openxmlformats.org/drawingml/2006/main" xmlns:pic="http://schemas.openxmlformats.org/drawingml/2006/picture">
            <wp:extent cx="9095232" cy="4504944"/>
            <wp:docPr id="57" name="Picture 5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2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図21</w:t>
      </w:r>
    </w:p>
    <w:p>
      <w:r>
        <w:drawing>
          <wp:inline xmlns:a="http://schemas.openxmlformats.org/drawingml/2006/main" xmlns:pic="http://schemas.openxmlformats.org/drawingml/2006/picture">
            <wp:extent cx="9223248" cy="4504944"/>
            <wp:docPr id="58" name="Picture 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22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図22</w:t>
      </w:r>
    </w:p>
    <w:p>
      <w:r>
        <w:drawing>
          <wp:inline xmlns:a="http://schemas.openxmlformats.org/drawingml/2006/main" xmlns:pic="http://schemas.openxmlformats.org/drawingml/2006/picture">
            <wp:extent cx="9223248" cy="4504944"/>
            <wp:docPr id="59" name="Picture 5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23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図23</w:t>
      </w:r>
    </w:p>
    <w:p>
      <w:r>
        <w:drawing>
          <wp:inline xmlns:a="http://schemas.openxmlformats.org/drawingml/2006/main" xmlns:pic="http://schemas.openxmlformats.org/drawingml/2006/picture">
            <wp:extent cx="9223248" cy="4504944"/>
            <wp:docPr id="60" name="Picture 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24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図24</w:t>
      </w:r>
    </w:p>
    <w:p>
      <w:r>
        <w:drawing>
          <wp:inline xmlns:a="http://schemas.openxmlformats.org/drawingml/2006/main" xmlns:pic="http://schemas.openxmlformats.org/drawingml/2006/picture">
            <wp:extent cx="9095232" cy="4504944"/>
            <wp:docPr id="61" name="Picture 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25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図25</w:t>
      </w:r>
    </w:p>
    <w:p>
      <w:r>
        <w:drawing>
          <wp:inline xmlns:a="http://schemas.openxmlformats.org/drawingml/2006/main" xmlns:pic="http://schemas.openxmlformats.org/drawingml/2006/picture">
            <wp:extent cx="9095232" cy="4504944"/>
            <wp:docPr id="62" name="Picture 6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26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図26</w:t>
      </w:r>
    </w:p>
    <w:p>
      <w:r>
        <w:drawing>
          <wp:inline xmlns:a="http://schemas.openxmlformats.org/drawingml/2006/main" xmlns:pic="http://schemas.openxmlformats.org/drawingml/2006/picture">
            <wp:extent cx="9095232" cy="4504944"/>
            <wp:docPr id="63" name="Picture 6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27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図27</w:t>
      </w:r>
    </w:p>
    <w:p>
      <w:r>
        <w:drawing>
          <wp:inline xmlns:a="http://schemas.openxmlformats.org/drawingml/2006/main" xmlns:pic="http://schemas.openxmlformats.org/drawingml/2006/picture">
            <wp:extent cx="9095232" cy="4504944"/>
            <wp:docPr id="64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28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図28</w:t>
      </w:r>
    </w:p>
    <w:p>
      <w:r>
        <w:drawing>
          <wp:inline xmlns:a="http://schemas.openxmlformats.org/drawingml/2006/main" xmlns:pic="http://schemas.openxmlformats.org/drawingml/2006/picture">
            <wp:extent cx="9223248" cy="4504944"/>
            <wp:docPr id="65" name="Picture 6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29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図29</w:t>
      </w:r>
    </w:p>
    <w:p>
      <w:r>
        <w:drawing>
          <wp:inline xmlns:a="http://schemas.openxmlformats.org/drawingml/2006/main" xmlns:pic="http://schemas.openxmlformats.org/drawingml/2006/picture">
            <wp:extent cx="9223248" cy="4504944"/>
            <wp:docPr id="66" name="Picture 6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30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図30</w:t>
      </w:r>
    </w:p>
    <w:p>
      <w:r>
        <w:drawing>
          <wp:inline xmlns:a="http://schemas.openxmlformats.org/drawingml/2006/main" xmlns:pic="http://schemas.openxmlformats.org/drawingml/2006/picture">
            <wp:extent cx="9095232" cy="4504944"/>
            <wp:docPr id="67" name="Picture 6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31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図31</w:t>
      </w:r>
    </w:p>
    <w:p>
      <w:r>
        <w:drawing>
          <wp:inline xmlns:a="http://schemas.openxmlformats.org/drawingml/2006/main" xmlns:pic="http://schemas.openxmlformats.org/drawingml/2006/picture">
            <wp:extent cx="9095232" cy="4504944"/>
            <wp:docPr id="68" name="Picture 6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32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図32</w:t>
      </w:r>
    </w:p>
    <w:p>
      <w:r>
        <w:drawing>
          <wp:inline xmlns:a="http://schemas.openxmlformats.org/drawingml/2006/main" xmlns:pic="http://schemas.openxmlformats.org/drawingml/2006/picture">
            <wp:extent cx="9223248" cy="4504944"/>
            <wp:docPr id="69" name="Picture 6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33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図33</w:t>
      </w:r>
    </w:p>
    <w:p>
      <w:r>
        <w:drawing>
          <wp:inline xmlns:a="http://schemas.openxmlformats.org/drawingml/2006/main" xmlns:pic="http://schemas.openxmlformats.org/drawingml/2006/picture">
            <wp:extent cx="9223248" cy="4504944"/>
            <wp:docPr id="70" name="Picture 7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34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図34</w:t>
      </w:r>
    </w:p>
    <w:p>
      <w:r>
        <w:drawing>
          <wp:inline xmlns:a="http://schemas.openxmlformats.org/drawingml/2006/main" xmlns:pic="http://schemas.openxmlformats.org/drawingml/2006/picture">
            <wp:extent cx="9223248" cy="4504944"/>
            <wp:docPr id="71" name="Picture 7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35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223248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図35</w:t>
      </w:r>
    </w:p>
    <w:p>
      <w:r>
        <w:drawing>
          <wp:inline xmlns:a="http://schemas.openxmlformats.org/drawingml/2006/main" xmlns:pic="http://schemas.openxmlformats.org/drawingml/2006/picture">
            <wp:extent cx="9095232" cy="4504944"/>
            <wp:docPr id="72" name="Picture 7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図36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095232" cy="45049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</w:rPr>
        <w:t xml:space="preserve">　図36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